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6F2E" w14:textId="3A4E98BB" w:rsidR="00032112" w:rsidRPr="007B626B" w:rsidRDefault="00032112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174D0CD5" w14:textId="7994DF58" w:rsidR="00032112" w:rsidRDefault="00000000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C474D9">
        <w:rPr>
          <w:rFonts w:ascii="Times New Roman" w:hAnsi="Times New Roman" w:cs="Times New Roman"/>
          <w:i/>
          <w:iCs/>
          <w:sz w:val="20"/>
          <w:szCs w:val="20"/>
          <w:lang w:val="pl-PL"/>
        </w:rPr>
        <w:t>Załącznik nr 1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br/>
        <w:t xml:space="preserve">do Zarządzenia nr </w:t>
      </w:r>
      <w:r w:rsidR="00C474D9">
        <w:rPr>
          <w:rFonts w:ascii="Times New Roman" w:hAnsi="Times New Roman" w:cs="Times New Roman"/>
          <w:sz w:val="20"/>
          <w:szCs w:val="20"/>
          <w:lang w:val="pl-PL"/>
        </w:rPr>
        <w:t>42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/2026</w:t>
      </w:r>
      <w:r w:rsidR="00536A80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Rektora PANS w Nysie</w:t>
      </w:r>
      <w:r w:rsidR="00C474D9">
        <w:rPr>
          <w:rFonts w:ascii="Times New Roman" w:hAnsi="Times New Roman" w:cs="Times New Roman"/>
          <w:sz w:val="20"/>
          <w:szCs w:val="20"/>
          <w:lang w:val="pl-PL"/>
        </w:rPr>
        <w:t xml:space="preserve"> z dnia 08.09.2026 r.</w:t>
      </w:r>
    </w:p>
    <w:p w14:paraId="6639C489" w14:textId="77777777" w:rsidR="00C474D9" w:rsidRDefault="00C474D9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16680EDE" w14:textId="77777777" w:rsidR="00536A80" w:rsidRPr="007B626B" w:rsidRDefault="00536A80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0C4F388C" w14:textId="77777777" w:rsidR="008B5E7F" w:rsidRPr="007B626B" w:rsidRDefault="008B5E7F" w:rsidP="00BB157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KARTA ZGŁOSZENIOWA</w:t>
      </w:r>
    </w:p>
    <w:p w14:paraId="56391492" w14:textId="77777777" w:rsidR="008B5E7F" w:rsidRPr="007B626B" w:rsidRDefault="008B5E7F" w:rsidP="002E3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Mieszanego Programu Intensywnego BIP (</w:t>
      </w:r>
      <w:proofErr w:type="spellStart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Blended</w:t>
      </w:r>
      <w:proofErr w:type="spellEnd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Intensive</w:t>
      </w:r>
      <w:proofErr w:type="spellEnd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proofErr w:type="spellStart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Programme</w:t>
      </w:r>
      <w:proofErr w:type="spellEnd"/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)</w:t>
      </w:r>
    </w:p>
    <w:p w14:paraId="62B49B9F" w14:textId="277B89C7" w:rsidR="008B5E7F" w:rsidRDefault="008B5E7F" w:rsidP="002E322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B626B">
        <w:rPr>
          <w:rFonts w:ascii="Times New Roman" w:hAnsi="Times New Roman" w:cs="Times New Roman"/>
          <w:b/>
          <w:sz w:val="24"/>
          <w:szCs w:val="24"/>
          <w:lang w:val="pl-PL"/>
        </w:rPr>
        <w:t>Program Erasmus+</w:t>
      </w:r>
    </w:p>
    <w:p w14:paraId="13B2E591" w14:textId="77777777" w:rsidR="00C474D9" w:rsidRDefault="00C474D9" w:rsidP="002E3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DDF2249" w14:textId="77777777" w:rsidR="00536A80" w:rsidRPr="007B626B" w:rsidRDefault="00536A80" w:rsidP="002E3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79EBD19" w14:textId="77777777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</w:rPr>
      </w:pPr>
      <w:r w:rsidRPr="007B626B">
        <w:rPr>
          <w:rFonts w:ascii="Times New Roman" w:hAnsi="Times New Roman" w:cs="Times New Roman"/>
          <w:b/>
          <w:sz w:val="20"/>
          <w:szCs w:val="20"/>
        </w:rPr>
        <w:t>A. DANE ZGŁASZAJĄCEGO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538"/>
        <w:gridCol w:w="5856"/>
      </w:tblGrid>
      <w:tr w:rsidR="008B5E7F" w:rsidRPr="007B626B" w14:paraId="34C06395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7FC949DC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Wydział /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kierunek</w:t>
            </w:r>
            <w:proofErr w:type="spellEnd"/>
          </w:p>
        </w:tc>
        <w:tc>
          <w:tcPr>
            <w:tcW w:w="5857" w:type="dxa"/>
            <w:vAlign w:val="center"/>
          </w:tcPr>
          <w:p w14:paraId="68237EB2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07216" w14:paraId="2BD70093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53B91AB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Imię i nazwisko koordynatora BIP</w:t>
            </w:r>
          </w:p>
        </w:tc>
        <w:tc>
          <w:tcPr>
            <w:tcW w:w="5857" w:type="dxa"/>
            <w:vAlign w:val="center"/>
          </w:tcPr>
          <w:p w14:paraId="7F42417B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</w:p>
        </w:tc>
      </w:tr>
      <w:tr w:rsidR="008B5E7F" w:rsidRPr="007B626B" w14:paraId="30BF8091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723DC8AA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jednostka</w:t>
            </w:r>
            <w:proofErr w:type="spellEnd"/>
          </w:p>
        </w:tc>
        <w:tc>
          <w:tcPr>
            <w:tcW w:w="5857" w:type="dxa"/>
            <w:vAlign w:val="center"/>
          </w:tcPr>
          <w:p w14:paraId="4748039D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B626B" w14:paraId="2BC5EA7F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3DB40F0C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E-mail /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5857" w:type="dxa"/>
            <w:vAlign w:val="center"/>
          </w:tcPr>
          <w:p w14:paraId="3FB2071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07216" w14:paraId="59018432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42BD7DDC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Zgoda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Dziekana</w:t>
            </w:r>
            <w:proofErr w:type="spellEnd"/>
          </w:p>
        </w:tc>
        <w:tc>
          <w:tcPr>
            <w:tcW w:w="5857" w:type="dxa"/>
            <w:vAlign w:val="center"/>
          </w:tcPr>
          <w:p w14:paraId="4B1D9A75" w14:textId="77777777" w:rsidR="007A07A7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□ TAK     □ NIE</w:t>
            </w:r>
          </w:p>
          <w:p w14:paraId="7A9248D8" w14:textId="60843622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  <w:t>Imię i nazwisko / podpis: ........................................................</w:t>
            </w:r>
          </w:p>
        </w:tc>
      </w:tr>
    </w:tbl>
    <w:p w14:paraId="75CEAEA9" w14:textId="77777777" w:rsidR="006E1045" w:rsidRDefault="006E1045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2A396A93" w14:textId="7454D725" w:rsidR="008B5E7F" w:rsidRPr="006E1045" w:rsidRDefault="008B5E7F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6E1045">
        <w:rPr>
          <w:rFonts w:ascii="Times New Roman" w:hAnsi="Times New Roman" w:cs="Times New Roman"/>
          <w:b/>
          <w:sz w:val="20"/>
          <w:szCs w:val="20"/>
          <w:lang w:val="pl-PL"/>
        </w:rPr>
        <w:t>B. PODSTAWOWE INFORMACJE O BIP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538"/>
        <w:gridCol w:w="5856"/>
      </w:tblGrid>
      <w:tr w:rsidR="008B5E7F" w:rsidRPr="007B626B" w14:paraId="5F1F526C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77BA5F4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Tytuł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BIP</w:t>
            </w:r>
          </w:p>
        </w:tc>
        <w:tc>
          <w:tcPr>
            <w:tcW w:w="5857" w:type="dxa"/>
            <w:vAlign w:val="center"/>
          </w:tcPr>
          <w:p w14:paraId="43E5BA0D" w14:textId="6653BC65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B626B" w14:paraId="4E0FD390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4FA9E0E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Dziedzina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obszar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tematyczny</w:t>
            </w:r>
            <w:proofErr w:type="spellEnd"/>
          </w:p>
        </w:tc>
        <w:tc>
          <w:tcPr>
            <w:tcW w:w="5857" w:type="dxa"/>
            <w:vAlign w:val="center"/>
          </w:tcPr>
          <w:p w14:paraId="432719A6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07216" w14:paraId="7066AB49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5034287B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Główna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grupa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docelowa</w:t>
            </w:r>
            <w:proofErr w:type="spellEnd"/>
          </w:p>
        </w:tc>
        <w:tc>
          <w:tcPr>
            <w:tcW w:w="5857" w:type="dxa"/>
            <w:vAlign w:val="center"/>
          </w:tcPr>
          <w:p w14:paraId="7C01E978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□ studenci     □ pracownicy     □ studenci i pracownicy</w:t>
            </w:r>
          </w:p>
        </w:tc>
      </w:tr>
      <w:tr w:rsidR="008B5E7F" w:rsidRPr="007B626B" w14:paraId="09F6E5BD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2DC5F1C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Planowany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termin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komponentu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fizycznego</w:t>
            </w:r>
            <w:proofErr w:type="spellEnd"/>
          </w:p>
        </w:tc>
        <w:tc>
          <w:tcPr>
            <w:tcW w:w="5857" w:type="dxa"/>
            <w:vAlign w:val="center"/>
          </w:tcPr>
          <w:p w14:paraId="1DD831B0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07216" w14:paraId="40DAAC11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5FD82AF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Liczba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dni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komponentu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fizycznego</w:t>
            </w:r>
            <w:proofErr w:type="spellEnd"/>
          </w:p>
        </w:tc>
        <w:tc>
          <w:tcPr>
            <w:tcW w:w="5857" w:type="dxa"/>
            <w:vAlign w:val="center"/>
          </w:tcPr>
          <w:p w14:paraId="02F66057" w14:textId="76F07928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........ dni (planowany okres mobilności fizycznej uczestników BIP: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5–30 dni)</w:t>
            </w:r>
          </w:p>
        </w:tc>
      </w:tr>
      <w:tr w:rsidR="008B5E7F" w:rsidRPr="00707216" w14:paraId="708AD5DC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2007E67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Miejsce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realizacji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komponentu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fizycznego</w:t>
            </w:r>
            <w:proofErr w:type="spellEnd"/>
          </w:p>
        </w:tc>
        <w:tc>
          <w:tcPr>
            <w:tcW w:w="5857" w:type="dxa"/>
            <w:vAlign w:val="center"/>
          </w:tcPr>
          <w:p w14:paraId="6A20347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Państwowa Akademia Nauk Stosowanych w Nysie / inne: ................................</w:t>
            </w:r>
          </w:p>
        </w:tc>
      </w:tr>
      <w:tr w:rsidR="008B5E7F" w:rsidRPr="007B626B" w14:paraId="13D49437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193B3E1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Planowany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termin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komponentu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wirtualnego</w:t>
            </w:r>
            <w:proofErr w:type="spellEnd"/>
          </w:p>
        </w:tc>
        <w:tc>
          <w:tcPr>
            <w:tcW w:w="5857" w:type="dxa"/>
            <w:vAlign w:val="center"/>
          </w:tcPr>
          <w:p w14:paraId="10C94123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07216" w14:paraId="778E4D24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5D46B3C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Liczba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ECTS –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dotyczy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studentów</w:t>
            </w:r>
            <w:proofErr w:type="spellEnd"/>
          </w:p>
        </w:tc>
        <w:tc>
          <w:tcPr>
            <w:tcW w:w="5857" w:type="dxa"/>
            <w:vAlign w:val="center"/>
          </w:tcPr>
          <w:p w14:paraId="7C6CDE04" w14:textId="0264E93F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........ ECTS (minimum 3 ECTS dla studentów uczestniczących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w BIP)</w:t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  <w:t>□ nie dotyczy – BIP skierowany wyłącznie do pracowników</w:t>
            </w:r>
          </w:p>
        </w:tc>
      </w:tr>
      <w:tr w:rsidR="008B5E7F" w:rsidRPr="007B626B" w14:paraId="65196824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29324A80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Główny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język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programu</w:t>
            </w:r>
            <w:proofErr w:type="spellEnd"/>
          </w:p>
        </w:tc>
        <w:tc>
          <w:tcPr>
            <w:tcW w:w="5857" w:type="dxa"/>
            <w:vAlign w:val="center"/>
          </w:tcPr>
          <w:p w14:paraId="0960E40C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</w:p>
        </w:tc>
      </w:tr>
      <w:tr w:rsidR="008B5E7F" w:rsidRPr="007B626B" w14:paraId="3855F5BB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1ABD075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Planowana liczba mobilnych uczestników kwalifikowanych do BIP</w:t>
            </w:r>
          </w:p>
        </w:tc>
        <w:tc>
          <w:tcPr>
            <w:tcW w:w="5857" w:type="dxa"/>
            <w:vAlign w:val="center"/>
          </w:tcPr>
          <w:p w14:paraId="60D0764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>Studenci</w:t>
            </w:r>
            <w:proofErr w:type="spellEnd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........     </w:t>
            </w:r>
            <w:proofErr w:type="spellStart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>Pracownicy</w:t>
            </w:r>
            <w:proofErr w:type="spellEnd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........     </w:t>
            </w:r>
            <w:proofErr w:type="spellStart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>Razem</w:t>
            </w:r>
            <w:proofErr w:type="spellEnd"/>
            <w:r w:rsidRPr="007B626B">
              <w:rPr>
                <w:rFonts w:ascii="Times New Roman" w:hAnsi="Times New Roman" w:cs="Times New Roman"/>
                <w:bCs/>
                <w:sz w:val="20"/>
                <w:szCs w:val="20"/>
              </w:rPr>
              <w:t>: ........</w:t>
            </w:r>
          </w:p>
        </w:tc>
      </w:tr>
      <w:tr w:rsidR="008B5E7F" w:rsidRPr="00707216" w14:paraId="008F8202" w14:textId="77777777" w:rsidTr="002E3222">
        <w:trPr>
          <w:jc w:val="center"/>
        </w:trPr>
        <w:tc>
          <w:tcPr>
            <w:tcW w:w="3539" w:type="dxa"/>
            <w:shd w:val="clear" w:color="auto" w:fill="EDEDED"/>
            <w:vAlign w:val="center"/>
          </w:tcPr>
          <w:p w14:paraId="54C0D768" w14:textId="6433088F" w:rsidR="008B5E7F" w:rsidRPr="007B626B" w:rsidRDefault="008B5E7F" w:rsidP="00BB1570">
            <w:pP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Planowane wsparcie organizacyjne </w:t>
            </w:r>
            <w:r w:rsidR="00536A80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OS BIP</w:t>
            </w:r>
          </w:p>
        </w:tc>
        <w:tc>
          <w:tcPr>
            <w:tcW w:w="5857" w:type="dxa"/>
            <w:vAlign w:val="center"/>
          </w:tcPr>
          <w:p w14:paraId="05148DC5" w14:textId="356F64A1" w:rsidR="008B5E7F" w:rsidRPr="007B626B" w:rsidRDefault="008B5E7F" w:rsidP="00BB1570">
            <w:pPr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Planowana kwota: ............ EUR (zgodnie z aktualną alokacją </w:t>
            </w:r>
            <w:r w:rsidR="002E3222"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i ogłoszeniem o naborze)</w:t>
            </w:r>
          </w:p>
        </w:tc>
      </w:tr>
    </w:tbl>
    <w:p w14:paraId="07841B51" w14:textId="77777777" w:rsidR="002E3222" w:rsidRPr="007B626B" w:rsidRDefault="002E3222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395BE12A" w14:textId="77777777" w:rsidR="002E3222" w:rsidRPr="007B626B" w:rsidRDefault="002E3222">
      <w:pPr>
        <w:spacing w:after="200" w:line="276" w:lineRule="auto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br w:type="page"/>
      </w:r>
    </w:p>
    <w:p w14:paraId="440CEEEC" w14:textId="77777777" w:rsidR="006E1045" w:rsidRDefault="006E1045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1C7B2620" w14:textId="3C27203F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>C. PARTNERSTWO MIĘDZYNARODOWE</w:t>
      </w:r>
    </w:p>
    <w:p w14:paraId="3B725139" w14:textId="0D744A96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</w:rPr>
      </w:pPr>
      <w:r w:rsidRPr="007B626B">
        <w:rPr>
          <w:rFonts w:ascii="Times New Roman" w:hAnsi="Times New Roman" w:cs="Times New Roman"/>
          <w:sz w:val="20"/>
          <w:szCs w:val="20"/>
          <w:lang w:val="pl-PL"/>
        </w:rPr>
        <w:t xml:space="preserve">BIP powinien być opracowany i realizowany w partnerstwie zgodnym z aktualnymi zasadami Erasmus+. </w:t>
      </w:r>
      <w:r w:rsidR="002E3222" w:rsidRPr="007B626B">
        <w:rPr>
          <w:rFonts w:ascii="Times New Roman" w:hAnsi="Times New Roman" w:cs="Times New Roman"/>
          <w:sz w:val="20"/>
          <w:szCs w:val="20"/>
          <w:lang w:val="pl-PL"/>
        </w:rPr>
        <w:br/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Proszę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wskazać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partnerów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planowanych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dzień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składania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626B">
        <w:rPr>
          <w:rFonts w:ascii="Times New Roman" w:hAnsi="Times New Roman" w:cs="Times New Roman"/>
          <w:sz w:val="20"/>
          <w:szCs w:val="20"/>
        </w:rPr>
        <w:t>zgłoszenia</w:t>
      </w:r>
      <w:proofErr w:type="spellEnd"/>
      <w:r w:rsidRPr="007B626B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985"/>
        <w:gridCol w:w="992"/>
        <w:gridCol w:w="1417"/>
        <w:gridCol w:w="2656"/>
        <w:gridCol w:w="1641"/>
      </w:tblGrid>
      <w:tr w:rsidR="008B5E7F" w:rsidRPr="007B626B" w14:paraId="489E0679" w14:textId="77777777" w:rsidTr="002E3222">
        <w:trPr>
          <w:jc w:val="center"/>
        </w:trPr>
        <w:tc>
          <w:tcPr>
            <w:tcW w:w="704" w:type="dxa"/>
            <w:shd w:val="clear" w:color="auto" w:fill="EDEDED"/>
            <w:vAlign w:val="center"/>
          </w:tcPr>
          <w:p w14:paraId="2BA2D482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shd w:val="clear" w:color="auto" w:fill="EDEDED"/>
            <w:vAlign w:val="center"/>
          </w:tcPr>
          <w:p w14:paraId="20BF4476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Instytucja</w:t>
            </w:r>
            <w:proofErr w:type="spellEnd"/>
          </w:p>
        </w:tc>
        <w:tc>
          <w:tcPr>
            <w:tcW w:w="992" w:type="dxa"/>
            <w:shd w:val="clear" w:color="auto" w:fill="EDEDED"/>
            <w:vAlign w:val="center"/>
          </w:tcPr>
          <w:p w14:paraId="64B23669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Kraj</w:t>
            </w:r>
          </w:p>
        </w:tc>
        <w:tc>
          <w:tcPr>
            <w:tcW w:w="1417" w:type="dxa"/>
            <w:shd w:val="clear" w:color="auto" w:fill="EDEDED"/>
            <w:vAlign w:val="center"/>
          </w:tcPr>
          <w:p w14:paraId="23DE484B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Kod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Erasmus / OID</w:t>
            </w:r>
          </w:p>
        </w:tc>
        <w:tc>
          <w:tcPr>
            <w:tcW w:w="2657" w:type="dxa"/>
            <w:shd w:val="clear" w:color="auto" w:fill="EDEDED"/>
            <w:vAlign w:val="center"/>
          </w:tcPr>
          <w:p w14:paraId="2188192C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Rola</w:t>
            </w:r>
          </w:p>
        </w:tc>
        <w:tc>
          <w:tcPr>
            <w:tcW w:w="1641" w:type="dxa"/>
            <w:shd w:val="clear" w:color="auto" w:fill="EDEDED"/>
            <w:vAlign w:val="center"/>
          </w:tcPr>
          <w:p w14:paraId="7D3A8219" w14:textId="7777777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Status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uzgodnień</w:t>
            </w:r>
            <w:proofErr w:type="spellEnd"/>
          </w:p>
        </w:tc>
      </w:tr>
      <w:tr w:rsidR="008B5E7F" w:rsidRPr="007B626B" w14:paraId="077078C2" w14:textId="77777777" w:rsidTr="002E3222">
        <w:trPr>
          <w:jc w:val="center"/>
        </w:trPr>
        <w:tc>
          <w:tcPr>
            <w:tcW w:w="704" w:type="dxa"/>
            <w:vAlign w:val="center"/>
          </w:tcPr>
          <w:p w14:paraId="716B2081" w14:textId="150F82DB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1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35CAD8D2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ECAFC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1F532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3CC7044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partner /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wysyłająca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inna</w:t>
            </w:r>
            <w:proofErr w:type="spellEnd"/>
          </w:p>
        </w:tc>
        <w:tc>
          <w:tcPr>
            <w:tcW w:w="1641" w:type="dxa"/>
            <w:vAlign w:val="center"/>
          </w:tcPr>
          <w:p w14:paraId="39FBAEDF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potwierdzone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w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toku</w:t>
            </w:r>
            <w:proofErr w:type="spellEnd"/>
          </w:p>
        </w:tc>
      </w:tr>
      <w:tr w:rsidR="008B5E7F" w:rsidRPr="007B626B" w14:paraId="2D0B3346" w14:textId="77777777" w:rsidTr="002E3222">
        <w:trPr>
          <w:jc w:val="center"/>
        </w:trPr>
        <w:tc>
          <w:tcPr>
            <w:tcW w:w="704" w:type="dxa"/>
            <w:vAlign w:val="center"/>
          </w:tcPr>
          <w:p w14:paraId="00D5527E" w14:textId="0F1BCFF9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E1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12CA5F1A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AF2C2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3ECDD7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4B6BB3B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partner /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wysyłająca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inna</w:t>
            </w:r>
            <w:proofErr w:type="spellEnd"/>
          </w:p>
        </w:tc>
        <w:tc>
          <w:tcPr>
            <w:tcW w:w="1641" w:type="dxa"/>
            <w:vAlign w:val="center"/>
          </w:tcPr>
          <w:p w14:paraId="7DD9F14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potwierdzone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w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toku</w:t>
            </w:r>
            <w:proofErr w:type="spellEnd"/>
          </w:p>
        </w:tc>
      </w:tr>
      <w:tr w:rsidR="008B5E7F" w:rsidRPr="007B626B" w14:paraId="2D9FC5B9" w14:textId="77777777" w:rsidTr="002E3222">
        <w:trPr>
          <w:jc w:val="center"/>
        </w:trPr>
        <w:tc>
          <w:tcPr>
            <w:tcW w:w="704" w:type="dxa"/>
            <w:vAlign w:val="center"/>
          </w:tcPr>
          <w:p w14:paraId="21BADAAD" w14:textId="390630B7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E1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1863D4F3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8ED274C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D097137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7E49265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partner /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wysyłająca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inna</w:t>
            </w:r>
            <w:proofErr w:type="spellEnd"/>
          </w:p>
        </w:tc>
        <w:tc>
          <w:tcPr>
            <w:tcW w:w="1641" w:type="dxa"/>
            <w:vAlign w:val="center"/>
          </w:tcPr>
          <w:p w14:paraId="574FDB60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potwierdzone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w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toku</w:t>
            </w:r>
            <w:proofErr w:type="spellEnd"/>
          </w:p>
        </w:tc>
      </w:tr>
      <w:tr w:rsidR="008B5E7F" w:rsidRPr="007B626B" w14:paraId="1D835292" w14:textId="77777777" w:rsidTr="002E3222">
        <w:trPr>
          <w:jc w:val="center"/>
        </w:trPr>
        <w:tc>
          <w:tcPr>
            <w:tcW w:w="704" w:type="dxa"/>
            <w:vAlign w:val="center"/>
          </w:tcPr>
          <w:p w14:paraId="6571077F" w14:textId="3D87AB3B" w:rsidR="008B5E7F" w:rsidRPr="007B626B" w:rsidRDefault="008B5E7F" w:rsidP="006E1045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E10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3C39834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6F1DF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DCF29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14:paraId="415308E8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partner /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wysyłająca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inna</w:t>
            </w:r>
            <w:proofErr w:type="spellEnd"/>
          </w:p>
        </w:tc>
        <w:tc>
          <w:tcPr>
            <w:tcW w:w="1641" w:type="dxa"/>
            <w:vAlign w:val="center"/>
          </w:tcPr>
          <w:p w14:paraId="298990C3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□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potwierdzone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□ w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toku</w:t>
            </w:r>
            <w:proofErr w:type="spellEnd"/>
          </w:p>
        </w:tc>
      </w:tr>
    </w:tbl>
    <w:p w14:paraId="7F1B9EE3" w14:textId="77777777" w:rsidR="002E3222" w:rsidRDefault="002E3222" w:rsidP="008B5E7F">
      <w:pPr>
        <w:rPr>
          <w:rFonts w:ascii="Times New Roman" w:hAnsi="Times New Roman" w:cs="Times New Roman"/>
          <w:b/>
          <w:sz w:val="20"/>
          <w:szCs w:val="20"/>
        </w:rPr>
      </w:pPr>
    </w:p>
    <w:p w14:paraId="606C8FAC" w14:textId="77777777" w:rsidR="00536A80" w:rsidRPr="007B626B" w:rsidRDefault="00536A80" w:rsidP="008B5E7F">
      <w:pPr>
        <w:rPr>
          <w:rFonts w:ascii="Times New Roman" w:hAnsi="Times New Roman" w:cs="Times New Roman"/>
          <w:b/>
          <w:sz w:val="20"/>
          <w:szCs w:val="20"/>
        </w:rPr>
      </w:pPr>
    </w:p>
    <w:p w14:paraId="52037AB0" w14:textId="0E30BEFD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</w:rPr>
      </w:pPr>
      <w:r w:rsidRPr="007B626B">
        <w:rPr>
          <w:rFonts w:ascii="Times New Roman" w:hAnsi="Times New Roman" w:cs="Times New Roman"/>
          <w:b/>
          <w:sz w:val="20"/>
          <w:szCs w:val="20"/>
        </w:rPr>
        <w:t>D. OPIS PROGRAMU</w:t>
      </w:r>
    </w:p>
    <w:p w14:paraId="6A868EFF" w14:textId="5AD15F64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i/>
          <w:sz w:val="20"/>
          <w:szCs w:val="20"/>
          <w:lang w:val="pl-PL"/>
        </w:rPr>
        <w:t>Uwaga: jeżeli BIP jest skierowany do studentów</w:t>
      </w:r>
      <w:r w:rsidR="006E104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-</w:t>
      </w:r>
      <w:r w:rsidRPr="007B626B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program musi umożliwiać uzyskanie co najmniej 3 ECTS. </w:t>
      </w:r>
      <w:r w:rsidR="006E1045">
        <w:rPr>
          <w:rFonts w:ascii="Times New Roman" w:hAnsi="Times New Roman" w:cs="Times New Roman"/>
          <w:i/>
          <w:sz w:val="20"/>
          <w:szCs w:val="20"/>
          <w:lang w:val="pl-PL"/>
        </w:rPr>
        <w:br/>
      </w:r>
      <w:r w:rsidRPr="007B626B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przypadku BIP skierowanego wyłącznie do pracowników </w:t>
      </w:r>
      <w:r w:rsidR="006E1045">
        <w:rPr>
          <w:rFonts w:ascii="Times New Roman" w:hAnsi="Times New Roman" w:cs="Times New Roman"/>
          <w:i/>
          <w:sz w:val="20"/>
          <w:szCs w:val="20"/>
          <w:lang w:val="pl-PL"/>
        </w:rPr>
        <w:t xml:space="preserve">- </w:t>
      </w:r>
      <w:r w:rsidRPr="007B626B">
        <w:rPr>
          <w:rFonts w:ascii="Times New Roman" w:hAnsi="Times New Roman" w:cs="Times New Roman"/>
          <w:i/>
          <w:sz w:val="20"/>
          <w:szCs w:val="20"/>
          <w:lang w:val="pl-PL"/>
        </w:rPr>
        <w:t>wymóg 3 ECTS nie ma zastosowania; należy natomiast określić odpowiednie efekty szkoleniowe/uczenia się.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22"/>
        <w:gridCol w:w="5572"/>
      </w:tblGrid>
      <w:tr w:rsidR="008B5E7F" w:rsidRPr="00707216" w14:paraId="1ED7E735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4728BD67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Cel główny i cele szczegółowe BIP</w:t>
            </w:r>
          </w:p>
        </w:tc>
        <w:tc>
          <w:tcPr>
            <w:tcW w:w="5573" w:type="dxa"/>
            <w:vAlign w:val="center"/>
          </w:tcPr>
          <w:p w14:paraId="00F7006C" w14:textId="755E30AE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4520E182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5BCDAA07" w14:textId="2D457784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Uzasadnienie i wartość dodana programu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w stosunku do istniejącej oferty dydaktycznej</w:t>
            </w:r>
          </w:p>
        </w:tc>
        <w:tc>
          <w:tcPr>
            <w:tcW w:w="5573" w:type="dxa"/>
            <w:vAlign w:val="center"/>
          </w:tcPr>
          <w:p w14:paraId="7C00C8B6" w14:textId="397E66B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7B9E6086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1978079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Planowane efekty uczenia się / efekty szkoleniowe odpowiednie dla wskazanej grupy docelowej</w:t>
            </w:r>
          </w:p>
        </w:tc>
        <w:tc>
          <w:tcPr>
            <w:tcW w:w="5573" w:type="dxa"/>
            <w:vAlign w:val="center"/>
          </w:tcPr>
          <w:p w14:paraId="2CC779F4" w14:textId="41375CB6" w:rsidR="008B5E7F" w:rsidRPr="007B626B" w:rsidRDefault="008B5E7F" w:rsidP="002E3222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1F6A93D8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05EA018C" w14:textId="5D06C3EA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Metody dydaktyczne / szkoleniowe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i elementy innowacyjne</w:t>
            </w:r>
          </w:p>
        </w:tc>
        <w:tc>
          <w:tcPr>
            <w:tcW w:w="5573" w:type="dxa"/>
            <w:vAlign w:val="center"/>
          </w:tcPr>
          <w:p w14:paraId="7D4A1DEA" w14:textId="3E630254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2274A134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56B6866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Opis komponentu wirtualnego – sposób wspólnej i jednoczesnej pracy online uczestników</w:t>
            </w:r>
          </w:p>
        </w:tc>
        <w:tc>
          <w:tcPr>
            <w:tcW w:w="5573" w:type="dxa"/>
            <w:vAlign w:val="center"/>
          </w:tcPr>
          <w:p w14:paraId="3350164F" w14:textId="428689D8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337EB047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6F590CD2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Opis komponentu fizycznego i wstępny harmonogram</w:t>
            </w:r>
          </w:p>
        </w:tc>
        <w:tc>
          <w:tcPr>
            <w:tcW w:w="5573" w:type="dxa"/>
            <w:vAlign w:val="center"/>
          </w:tcPr>
          <w:p w14:paraId="464DD8B0" w14:textId="60C4B4EF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6B98E86E" w14:textId="77777777" w:rsidTr="002E3222">
        <w:trPr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1E3D738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W przypadku udziału studentów: sposób przyznania i uznania minimum 3 ECTS</w:t>
            </w:r>
          </w:p>
        </w:tc>
        <w:tc>
          <w:tcPr>
            <w:tcW w:w="5573" w:type="dxa"/>
            <w:vAlign w:val="center"/>
          </w:tcPr>
          <w:p w14:paraId="3686C74F" w14:textId="03EC90FB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□ nie dotyczy – BIP skierowany wyłącznie do pracowników</w:t>
            </w:r>
          </w:p>
        </w:tc>
      </w:tr>
      <w:tr w:rsidR="008B5E7F" w:rsidRPr="00707216" w14:paraId="766AF175" w14:textId="77777777" w:rsidTr="006E1045">
        <w:trPr>
          <w:trHeight w:val="978"/>
          <w:jc w:val="center"/>
        </w:trPr>
        <w:tc>
          <w:tcPr>
            <w:tcW w:w="3823" w:type="dxa"/>
            <w:shd w:val="clear" w:color="auto" w:fill="EDEDED"/>
            <w:vAlign w:val="center"/>
          </w:tcPr>
          <w:p w14:paraId="6419AFC8" w14:textId="205D7390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Sposób upowszechniania rezultatów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i wykorzystania efektów BIP </w:t>
            </w:r>
            <w:r w:rsidR="006E1045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po zakończeniu programu</w:t>
            </w:r>
          </w:p>
        </w:tc>
        <w:tc>
          <w:tcPr>
            <w:tcW w:w="5573" w:type="dxa"/>
            <w:vAlign w:val="center"/>
          </w:tcPr>
          <w:p w14:paraId="4879742E" w14:textId="3F2DFA54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</w:tbl>
    <w:p w14:paraId="4CA08EDC" w14:textId="77777777" w:rsidR="002E3222" w:rsidRDefault="002E3222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2F7154CB" w14:textId="77777777" w:rsidR="006E1045" w:rsidRDefault="006E1045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78BFE336" w14:textId="77777777" w:rsidR="006E1045" w:rsidRDefault="006E1045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7FBE1328" w14:textId="46956B6F" w:rsidR="008B5E7F" w:rsidRPr="007B626B" w:rsidRDefault="008B5E7F" w:rsidP="008B5E7F">
      <w:pPr>
        <w:rPr>
          <w:rFonts w:ascii="Times New Roman" w:hAnsi="Times New Roman" w:cs="Times New Roman"/>
          <w:sz w:val="20"/>
          <w:szCs w:val="20"/>
        </w:rPr>
      </w:pPr>
      <w:r w:rsidRPr="007B626B">
        <w:rPr>
          <w:rFonts w:ascii="Times New Roman" w:hAnsi="Times New Roman" w:cs="Times New Roman"/>
          <w:b/>
          <w:sz w:val="20"/>
          <w:szCs w:val="20"/>
        </w:rPr>
        <w:lastRenderedPageBreak/>
        <w:t>E. UCZESTNICY I ORGANIZACJA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013"/>
      </w:tblGrid>
      <w:tr w:rsidR="008B5E7F" w:rsidRPr="007B626B" w14:paraId="342EB301" w14:textId="77777777" w:rsidTr="006E1045">
        <w:trPr>
          <w:trHeight w:val="668"/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39F1D6E6" w14:textId="77777777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Planowana liczba mobilnych uczestników zagranicznych</w:t>
            </w:r>
          </w:p>
        </w:tc>
        <w:tc>
          <w:tcPr>
            <w:tcW w:w="4013" w:type="dxa"/>
            <w:vAlign w:val="center"/>
          </w:tcPr>
          <w:p w14:paraId="0DCE08A7" w14:textId="51C53570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Studenci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: ......  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Pracownicy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: ......  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Razem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8B5E7F" w:rsidRPr="007B626B" w14:paraId="1054CC19" w14:textId="77777777" w:rsidTr="006E1045">
        <w:trPr>
          <w:trHeight w:val="832"/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7E95FA03" w14:textId="59032216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Planowana liczba uczestników PANS </w:t>
            </w:r>
            <w:r w:rsidR="002E3222"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Nysie </w:t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uczestniczących lokalnie (niezaliczanych do mobilnych uczestników BIP)</w:t>
            </w:r>
          </w:p>
        </w:tc>
        <w:tc>
          <w:tcPr>
            <w:tcW w:w="4013" w:type="dxa"/>
            <w:vAlign w:val="center"/>
          </w:tcPr>
          <w:p w14:paraId="5AA53E53" w14:textId="5CD42D54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Studenci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: ......  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Pracownicy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 xml:space="preserve">: ......   </w:t>
            </w:r>
            <w:proofErr w:type="spellStart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Razem</w:t>
            </w:r>
            <w:proofErr w:type="spellEnd"/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8B5E7F" w:rsidRPr="00707216" w14:paraId="152D7105" w14:textId="77777777" w:rsidTr="006E1045">
        <w:trPr>
          <w:trHeight w:val="561"/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20269BAC" w14:textId="77777777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Planowana liczba nauczycieli / trenerów realizujących program</w:t>
            </w:r>
          </w:p>
        </w:tc>
        <w:tc>
          <w:tcPr>
            <w:tcW w:w="4013" w:type="dxa"/>
            <w:vAlign w:val="center"/>
          </w:tcPr>
          <w:p w14:paraId="042EDEFE" w14:textId="77777777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23D8B005" w14:textId="77777777" w:rsidTr="006E1045">
        <w:trPr>
          <w:trHeight w:val="555"/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0B558FE1" w14:textId="77777777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Sposób rekrutacji uczestników i zapewnienia równego dostępu</w:t>
            </w:r>
          </w:p>
        </w:tc>
        <w:tc>
          <w:tcPr>
            <w:tcW w:w="4013" w:type="dxa"/>
            <w:vAlign w:val="center"/>
          </w:tcPr>
          <w:p w14:paraId="6C7D7404" w14:textId="6C27245B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251194DF" w14:textId="77777777" w:rsidTr="006E1045">
        <w:trPr>
          <w:trHeight w:val="563"/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4AE57F51" w14:textId="77777777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Działania na rzecz włączenia i różnorodności / uczestników z mniejszymi szansami</w:t>
            </w:r>
          </w:p>
        </w:tc>
        <w:tc>
          <w:tcPr>
            <w:tcW w:w="4013" w:type="dxa"/>
            <w:vAlign w:val="center"/>
          </w:tcPr>
          <w:p w14:paraId="6152158C" w14:textId="34AAAF3F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  <w:tr w:rsidR="008B5E7F" w:rsidRPr="00707216" w14:paraId="7603B472" w14:textId="77777777" w:rsidTr="006E1045">
        <w:trPr>
          <w:jc w:val="center"/>
        </w:trPr>
        <w:tc>
          <w:tcPr>
            <w:tcW w:w="4673" w:type="dxa"/>
            <w:shd w:val="clear" w:color="auto" w:fill="EDEDED"/>
            <w:vAlign w:val="center"/>
          </w:tcPr>
          <w:p w14:paraId="2E88EFE7" w14:textId="1E799653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Osoby/jednostki PANS</w:t>
            </w:r>
            <w:r w:rsidR="002E3222"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 w Nysie</w:t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 zaangażowane </w:t>
            </w:r>
            <w:r w:rsidR="002E3222"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w organizację</w:t>
            </w:r>
          </w:p>
        </w:tc>
        <w:tc>
          <w:tcPr>
            <w:tcW w:w="4013" w:type="dxa"/>
            <w:vAlign w:val="center"/>
          </w:tcPr>
          <w:p w14:paraId="56682FEE" w14:textId="1311C4DA" w:rsidR="008B5E7F" w:rsidRPr="007B626B" w:rsidRDefault="008B5E7F" w:rsidP="00F87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7B626B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</w:p>
        </w:tc>
      </w:tr>
    </w:tbl>
    <w:p w14:paraId="4D1A27B7" w14:textId="77777777" w:rsidR="002E3222" w:rsidRDefault="002E3222" w:rsidP="008B5E7F">
      <w:pPr>
        <w:rPr>
          <w:rFonts w:ascii="Times New Roman" w:hAnsi="Times New Roman" w:cs="Times New Roman"/>
          <w:b/>
          <w:sz w:val="16"/>
          <w:szCs w:val="16"/>
          <w:lang w:val="pl-PL"/>
        </w:rPr>
      </w:pPr>
    </w:p>
    <w:p w14:paraId="401DE3E9" w14:textId="77777777" w:rsidR="00536A80" w:rsidRPr="007B626B" w:rsidRDefault="00536A80" w:rsidP="008B5E7F">
      <w:pPr>
        <w:rPr>
          <w:rFonts w:ascii="Times New Roman" w:hAnsi="Times New Roman" w:cs="Times New Roman"/>
          <w:b/>
          <w:sz w:val="16"/>
          <w:szCs w:val="16"/>
          <w:lang w:val="pl-PL"/>
        </w:rPr>
      </w:pPr>
    </w:p>
    <w:p w14:paraId="2FA0F758" w14:textId="5294BED6" w:rsidR="00F87BC8" w:rsidRPr="007B626B" w:rsidRDefault="008B5E7F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 xml:space="preserve">F. </w:t>
      </w:r>
      <w:r w:rsidR="00F87BC8" w:rsidRPr="007B626B">
        <w:rPr>
          <w:rFonts w:ascii="Times New Roman" w:hAnsi="Times New Roman" w:cs="Times New Roman"/>
          <w:b/>
          <w:sz w:val="20"/>
          <w:szCs w:val="20"/>
          <w:lang w:val="pl-PL"/>
        </w:rPr>
        <w:t>DOTYCHCZASOWA AKTYWNOŚĆ JEDNOSTKI W ZAKRESIE UMIĘDZYNARODOWIENIA</w:t>
      </w:r>
    </w:p>
    <w:p w14:paraId="513EDE36" w14:textId="29C49A7E" w:rsidR="00F87BC8" w:rsidRPr="007B626B" w:rsidRDefault="00F87BC8" w:rsidP="006E1045">
      <w:pPr>
        <w:jc w:val="both"/>
        <w:rPr>
          <w:rFonts w:ascii="Times New Roman" w:hAnsi="Times New Roman" w:cs="Times New Roman"/>
          <w:bCs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Proszę wskazać najważniejsze działania zrealizowane w okresie ostatnich 3 lat, w szczególności mobilności studentów </w:t>
      </w:r>
      <w:r w:rsidRPr="006E1045">
        <w:rPr>
          <w:rFonts w:ascii="Times New Roman" w:hAnsi="Times New Roman" w:cs="Times New Roman"/>
          <w:bCs/>
          <w:spacing w:val="-6"/>
          <w:sz w:val="20"/>
          <w:szCs w:val="20"/>
          <w:lang w:val="pl-PL"/>
        </w:rPr>
        <w:t>i pracowników, przyjęcia uczestników zagranicznych, zajęcia prowadzone w językach obcych, wydarzenia międzynarodowe</w:t>
      </w:r>
      <w:r w:rsidRPr="007B626B">
        <w:rPr>
          <w:rFonts w:ascii="Times New Roman" w:hAnsi="Times New Roman" w:cs="Times New Roman"/>
          <w:bCs/>
          <w:sz w:val="20"/>
          <w:szCs w:val="20"/>
          <w:lang w:val="pl-PL"/>
        </w:rPr>
        <w:t>, projekty oraz inne działania międzynarodowe.</w:t>
      </w:r>
    </w:p>
    <w:p w14:paraId="0C02A237" w14:textId="77777777" w:rsidR="00F87BC8" w:rsidRPr="007B626B" w:rsidRDefault="00F87BC8" w:rsidP="00F8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Cs/>
          <w:sz w:val="20"/>
          <w:szCs w:val="20"/>
          <w:lang w:val="pl-PL"/>
        </w:rPr>
      </w:pPr>
    </w:p>
    <w:p w14:paraId="2CFCACCD" w14:textId="77777777" w:rsidR="00F87BC8" w:rsidRPr="007B626B" w:rsidRDefault="00F87BC8" w:rsidP="00F8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Cs/>
          <w:sz w:val="20"/>
          <w:szCs w:val="20"/>
          <w:lang w:val="pl-PL"/>
        </w:rPr>
      </w:pPr>
    </w:p>
    <w:p w14:paraId="58279499" w14:textId="77777777" w:rsidR="00D84443" w:rsidRDefault="00D84443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5715DBED" w14:textId="77777777" w:rsidR="00536A80" w:rsidRDefault="00536A80" w:rsidP="008B5E7F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072E6457" w14:textId="4C4A4435" w:rsidR="008B5E7F" w:rsidRPr="007B626B" w:rsidRDefault="00F87BC8" w:rsidP="008B5E7F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 xml:space="preserve">G. </w:t>
      </w:r>
      <w:r w:rsidR="008B5E7F" w:rsidRPr="007B626B">
        <w:rPr>
          <w:rFonts w:ascii="Times New Roman" w:hAnsi="Times New Roman" w:cs="Times New Roman"/>
          <w:b/>
          <w:sz w:val="20"/>
          <w:szCs w:val="20"/>
          <w:lang w:val="pl-PL"/>
        </w:rPr>
        <w:t>PLAN WYKORZYSTANIA WSPARCIA ORGANIZACYJNEGO OS BIP</w:t>
      </w:r>
    </w:p>
    <w:p w14:paraId="19CC18E0" w14:textId="77777777" w:rsidR="008B5E7F" w:rsidRPr="007B626B" w:rsidRDefault="008B5E7F" w:rsidP="002C6D84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2C6D84">
        <w:rPr>
          <w:rFonts w:ascii="Times New Roman" w:hAnsi="Times New Roman" w:cs="Times New Roman"/>
          <w:spacing w:val="-4"/>
          <w:sz w:val="20"/>
          <w:szCs w:val="20"/>
          <w:lang w:val="pl-PL"/>
        </w:rPr>
        <w:t>Wsparcie organizacyjne BIP służy organizacji programu. Indywidualne wsparcie oraz – w stosownych przypadkach –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 xml:space="preserve"> dofinansowanie kosztów podróży uczestników mobilnych zapewniają ich instytucje wysyłające.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21"/>
        <w:gridCol w:w="3140"/>
        <w:gridCol w:w="3133"/>
      </w:tblGrid>
      <w:tr w:rsidR="008B5E7F" w:rsidRPr="007B626B" w14:paraId="21453238" w14:textId="77777777" w:rsidTr="00F87BC8">
        <w:trPr>
          <w:jc w:val="center"/>
        </w:trPr>
        <w:tc>
          <w:tcPr>
            <w:tcW w:w="3121" w:type="dxa"/>
            <w:shd w:val="clear" w:color="auto" w:fill="EDEDED"/>
            <w:vAlign w:val="center"/>
          </w:tcPr>
          <w:p w14:paraId="45E316DA" w14:textId="77777777" w:rsidR="008B5E7F" w:rsidRPr="007B626B" w:rsidRDefault="008B5E7F" w:rsidP="002C6D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Planowana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kategoria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wydatku</w:t>
            </w:r>
            <w:proofErr w:type="spellEnd"/>
          </w:p>
        </w:tc>
        <w:tc>
          <w:tcPr>
            <w:tcW w:w="3141" w:type="dxa"/>
            <w:shd w:val="clear" w:color="auto" w:fill="EDEDED"/>
            <w:vAlign w:val="center"/>
          </w:tcPr>
          <w:p w14:paraId="33F07BFE" w14:textId="77777777" w:rsidR="008B5E7F" w:rsidRPr="007B626B" w:rsidRDefault="008B5E7F" w:rsidP="002C6D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uzasadnienie</w:t>
            </w:r>
            <w:proofErr w:type="spellEnd"/>
          </w:p>
        </w:tc>
        <w:tc>
          <w:tcPr>
            <w:tcW w:w="3134" w:type="dxa"/>
            <w:shd w:val="clear" w:color="auto" w:fill="EDEDED"/>
            <w:vAlign w:val="center"/>
          </w:tcPr>
          <w:p w14:paraId="2BD18E19" w14:textId="77777777" w:rsidR="008B5E7F" w:rsidRPr="007B626B" w:rsidRDefault="008B5E7F" w:rsidP="002C6D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Szacunkowa</w:t>
            </w:r>
            <w:proofErr w:type="spellEnd"/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kwota EUR</w:t>
            </w:r>
          </w:p>
        </w:tc>
      </w:tr>
      <w:tr w:rsidR="008B5E7F" w:rsidRPr="007B626B" w14:paraId="36D8757A" w14:textId="77777777" w:rsidTr="00F87BC8">
        <w:trPr>
          <w:jc w:val="center"/>
        </w:trPr>
        <w:tc>
          <w:tcPr>
            <w:tcW w:w="3121" w:type="dxa"/>
            <w:vAlign w:val="center"/>
          </w:tcPr>
          <w:p w14:paraId="76A45FB6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1AF8D35D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56D14F3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168E28DC" w14:textId="77777777" w:rsidTr="00F87BC8">
        <w:trPr>
          <w:jc w:val="center"/>
        </w:trPr>
        <w:tc>
          <w:tcPr>
            <w:tcW w:w="3121" w:type="dxa"/>
            <w:vAlign w:val="center"/>
          </w:tcPr>
          <w:p w14:paraId="291F9F4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3D2DB44B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1D6A6AC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633316C4" w14:textId="77777777" w:rsidTr="00F87BC8">
        <w:trPr>
          <w:jc w:val="center"/>
        </w:trPr>
        <w:tc>
          <w:tcPr>
            <w:tcW w:w="3121" w:type="dxa"/>
            <w:vAlign w:val="center"/>
          </w:tcPr>
          <w:p w14:paraId="66C242FB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459086D4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54913F37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3B775EC7" w14:textId="77777777" w:rsidTr="00F87BC8">
        <w:trPr>
          <w:jc w:val="center"/>
        </w:trPr>
        <w:tc>
          <w:tcPr>
            <w:tcW w:w="3121" w:type="dxa"/>
            <w:vAlign w:val="center"/>
          </w:tcPr>
          <w:p w14:paraId="39FD4BB9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454ECEF9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7B670D5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751E44D3" w14:textId="77777777" w:rsidTr="00F87BC8">
        <w:trPr>
          <w:jc w:val="center"/>
        </w:trPr>
        <w:tc>
          <w:tcPr>
            <w:tcW w:w="3121" w:type="dxa"/>
            <w:vAlign w:val="center"/>
          </w:tcPr>
          <w:p w14:paraId="6D7BDD85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43EE205E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215C831A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53D53998" w14:textId="77777777" w:rsidTr="00F87BC8">
        <w:trPr>
          <w:jc w:val="center"/>
        </w:trPr>
        <w:tc>
          <w:tcPr>
            <w:tcW w:w="3121" w:type="dxa"/>
            <w:vAlign w:val="center"/>
          </w:tcPr>
          <w:p w14:paraId="5EA6DD96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vAlign w:val="center"/>
          </w:tcPr>
          <w:p w14:paraId="428FB8C1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4" w:type="dxa"/>
            <w:vAlign w:val="center"/>
          </w:tcPr>
          <w:p w14:paraId="1EAFA838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E7F" w:rsidRPr="007B626B" w14:paraId="7AD4B073" w14:textId="77777777" w:rsidTr="00F87BC8">
        <w:trPr>
          <w:jc w:val="center"/>
        </w:trPr>
        <w:tc>
          <w:tcPr>
            <w:tcW w:w="6262" w:type="dxa"/>
            <w:gridSpan w:val="2"/>
            <w:vAlign w:val="center"/>
          </w:tcPr>
          <w:p w14:paraId="360F6079" w14:textId="77777777" w:rsidR="008B5E7F" w:rsidRPr="007B626B" w:rsidRDefault="008B5E7F" w:rsidP="00BB1570">
            <w:pPr>
              <w:spacing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3134" w:type="dxa"/>
            <w:vAlign w:val="center"/>
          </w:tcPr>
          <w:p w14:paraId="06F4DD26" w14:textId="77777777" w:rsidR="008B5E7F" w:rsidRPr="007B626B" w:rsidRDefault="008B5E7F" w:rsidP="002C6D84">
            <w:pPr>
              <w:spacing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B626B">
              <w:rPr>
                <w:rFonts w:ascii="Times New Roman" w:hAnsi="Times New Roman" w:cs="Times New Roman"/>
                <w:sz w:val="20"/>
                <w:szCs w:val="20"/>
              </w:rPr>
              <w:t>................ EUR</w:t>
            </w:r>
          </w:p>
        </w:tc>
      </w:tr>
    </w:tbl>
    <w:p w14:paraId="67BBB8AD" w14:textId="77777777" w:rsidR="002E3222" w:rsidRDefault="002E3222" w:rsidP="008B5E7F">
      <w:pPr>
        <w:rPr>
          <w:rFonts w:ascii="Times New Roman" w:hAnsi="Times New Roman" w:cs="Times New Roman"/>
          <w:b/>
          <w:sz w:val="20"/>
          <w:szCs w:val="20"/>
        </w:rPr>
      </w:pPr>
    </w:p>
    <w:p w14:paraId="123D3B4B" w14:textId="77777777" w:rsidR="00536A80" w:rsidRPr="007B626B" w:rsidRDefault="00536A80" w:rsidP="008B5E7F">
      <w:pPr>
        <w:rPr>
          <w:rFonts w:ascii="Times New Roman" w:hAnsi="Times New Roman" w:cs="Times New Roman"/>
          <w:b/>
          <w:sz w:val="20"/>
          <w:szCs w:val="20"/>
        </w:rPr>
      </w:pPr>
    </w:p>
    <w:p w14:paraId="4C822E14" w14:textId="238FEDCD" w:rsidR="008B5E7F" w:rsidRPr="007B626B" w:rsidRDefault="00D84443" w:rsidP="008B5E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</w:t>
      </w:r>
      <w:r w:rsidR="008B5E7F" w:rsidRPr="007B626B">
        <w:rPr>
          <w:rFonts w:ascii="Times New Roman" w:hAnsi="Times New Roman" w:cs="Times New Roman"/>
          <w:b/>
          <w:sz w:val="20"/>
          <w:szCs w:val="20"/>
        </w:rPr>
        <w:t>. OŚWIADCZENIA</w:t>
      </w:r>
    </w:p>
    <w:p w14:paraId="392E8A4F" w14:textId="77777777" w:rsidR="008B5E7F" w:rsidRPr="007B626B" w:rsidRDefault="008B5E7F" w:rsidP="002C6D84">
      <w:pPr>
        <w:ind w:left="284" w:hanging="284"/>
        <w:rPr>
          <w:rFonts w:ascii="Times New Roman" w:hAnsi="Times New Roman" w:cs="Times New Roman"/>
          <w:sz w:val="20"/>
          <w:szCs w:val="20"/>
          <w:lang w:val="pl-PL"/>
        </w:rPr>
      </w:pPr>
      <w:r w:rsidRPr="002C6D84">
        <w:rPr>
          <w:rFonts w:ascii="Times New Roman" w:hAnsi="Times New Roman" w:cs="Times New Roman"/>
          <w:spacing w:val="-4"/>
          <w:sz w:val="20"/>
          <w:szCs w:val="20"/>
          <w:lang w:val="pl-PL"/>
        </w:rPr>
        <w:t>□ Oświadczam, że przedstawiona koncepcja BIP jest zgodna z zasadami naboru i zostanie dostosowana do aktualnych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 xml:space="preserve"> zasad Programu Erasmus+ obowiązujących dla właściwego projektu, z którego finansowany jest BIP.</w:t>
      </w:r>
    </w:p>
    <w:p w14:paraId="497CD8C2" w14:textId="77777777" w:rsidR="008B5E7F" w:rsidRPr="007B626B" w:rsidRDefault="008B5E7F" w:rsidP="002C6D84">
      <w:pPr>
        <w:ind w:left="284" w:hanging="284"/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 xml:space="preserve">□ 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Przyjmuję do wiadomości, że kwalifikacja programu do realizacji nie oznacza możliwości dowolnej zmiany stawek ani zasad kwalifikowalności określonych w dokumentacji projektu.</w:t>
      </w:r>
    </w:p>
    <w:p w14:paraId="55945F12" w14:textId="74AA1133" w:rsidR="008B5E7F" w:rsidRPr="007B626B" w:rsidRDefault="008B5E7F" w:rsidP="002C6D84">
      <w:pPr>
        <w:ind w:left="284" w:hanging="284"/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 xml:space="preserve">□ 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Zobowiązuję się do współpracy z BWM w zakresie</w:t>
      </w:r>
      <w:r w:rsidR="002C6D84">
        <w:rPr>
          <w:rFonts w:ascii="Times New Roman" w:hAnsi="Times New Roman" w:cs="Times New Roman"/>
          <w:sz w:val="20"/>
          <w:szCs w:val="20"/>
          <w:lang w:val="pl-PL"/>
        </w:rPr>
        <w:t>: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 xml:space="preserve"> przygotowania, rejestracji, realizacji, dokumentowania </w:t>
      </w:r>
      <w:r w:rsidR="002C6D84">
        <w:rPr>
          <w:rFonts w:ascii="Times New Roman" w:hAnsi="Times New Roman" w:cs="Times New Roman"/>
          <w:sz w:val="20"/>
          <w:szCs w:val="20"/>
          <w:lang w:val="pl-PL"/>
        </w:rPr>
        <w:br/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i rozliczenia BIP oraz do przekazania danych niezbędnych do raportowania programu.</w:t>
      </w:r>
    </w:p>
    <w:p w14:paraId="38101227" w14:textId="77777777" w:rsidR="008B5E7F" w:rsidRPr="007B626B" w:rsidRDefault="008B5E7F" w:rsidP="002C6D84">
      <w:pPr>
        <w:ind w:left="284" w:hanging="284"/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b/>
          <w:sz w:val="20"/>
          <w:szCs w:val="20"/>
          <w:lang w:val="pl-PL"/>
        </w:rPr>
        <w:t xml:space="preserve">□ </w:t>
      </w:r>
      <w:r w:rsidRPr="007B626B">
        <w:rPr>
          <w:rFonts w:ascii="Times New Roman" w:hAnsi="Times New Roman" w:cs="Times New Roman"/>
          <w:sz w:val="20"/>
          <w:szCs w:val="20"/>
          <w:lang w:val="pl-PL"/>
        </w:rPr>
        <w:t>Potwierdzam gotowość do uzgodnienia programu z partnerami zagranicznymi i zapewnienia obowiązkowego komponentu wirtualnego.</w:t>
      </w:r>
    </w:p>
    <w:p w14:paraId="30BC9B5E" w14:textId="52186138" w:rsidR="007A07A7" w:rsidRPr="007B626B" w:rsidRDefault="007A07A7" w:rsidP="008B5E7F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1B2DFF42" w14:textId="77777777" w:rsidR="007A07A7" w:rsidRPr="007B626B" w:rsidRDefault="007A07A7" w:rsidP="008B5E7F">
      <w:pPr>
        <w:rPr>
          <w:rFonts w:ascii="Times New Roman" w:hAnsi="Times New Roman" w:cs="Times New Roman"/>
          <w:sz w:val="20"/>
          <w:szCs w:val="20"/>
          <w:lang w:val="pl-PL"/>
        </w:rPr>
      </w:pPr>
    </w:p>
    <w:p w14:paraId="1F3D00AC" w14:textId="3C906E8D" w:rsidR="009B713D" w:rsidRPr="00707216" w:rsidRDefault="008B5E7F" w:rsidP="00707216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7B626B">
        <w:rPr>
          <w:rFonts w:ascii="Times New Roman" w:hAnsi="Times New Roman" w:cs="Times New Roman"/>
          <w:sz w:val="20"/>
          <w:szCs w:val="20"/>
          <w:lang w:val="pl-PL"/>
        </w:rPr>
        <w:t>Data i podpis zgłaszającego: ........................................................................................................</w:t>
      </w:r>
      <w:r w:rsidR="00707216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sectPr w:rsidR="009B713D" w:rsidRPr="00707216" w:rsidSect="0012167A">
      <w:pgSz w:w="12240" w:h="15840"/>
      <w:pgMar w:top="567" w:right="1418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9951" w14:textId="77777777" w:rsidR="000B25B8" w:rsidRDefault="000B25B8">
      <w:pPr>
        <w:spacing w:after="0" w:line="240" w:lineRule="auto"/>
      </w:pPr>
      <w:r>
        <w:separator/>
      </w:r>
    </w:p>
  </w:endnote>
  <w:endnote w:type="continuationSeparator" w:id="0">
    <w:p w14:paraId="160FE2F0" w14:textId="77777777" w:rsidR="000B25B8" w:rsidRDefault="000B2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CD145" w14:textId="77777777" w:rsidR="000B25B8" w:rsidRDefault="000B25B8">
      <w:pPr>
        <w:spacing w:after="0" w:line="240" w:lineRule="auto"/>
      </w:pPr>
      <w:r>
        <w:separator/>
      </w:r>
    </w:p>
  </w:footnote>
  <w:footnote w:type="continuationSeparator" w:id="0">
    <w:p w14:paraId="6ADC19C7" w14:textId="77777777" w:rsidR="000B25B8" w:rsidRDefault="000B2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C82472"/>
    <w:multiLevelType w:val="multilevel"/>
    <w:tmpl w:val="A4EA26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ED03AC"/>
    <w:multiLevelType w:val="multilevel"/>
    <w:tmpl w:val="515A48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383536"/>
    <w:multiLevelType w:val="multilevel"/>
    <w:tmpl w:val="2AE04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1D63B4"/>
    <w:multiLevelType w:val="hybridMultilevel"/>
    <w:tmpl w:val="7C7E5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679E2"/>
    <w:multiLevelType w:val="multilevel"/>
    <w:tmpl w:val="35EA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192CAF"/>
    <w:multiLevelType w:val="multilevel"/>
    <w:tmpl w:val="515A48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9749106">
    <w:abstractNumId w:val="8"/>
  </w:num>
  <w:num w:numId="2" w16cid:durableId="1856653227">
    <w:abstractNumId w:val="6"/>
  </w:num>
  <w:num w:numId="3" w16cid:durableId="1996839146">
    <w:abstractNumId w:val="5"/>
  </w:num>
  <w:num w:numId="4" w16cid:durableId="1017851725">
    <w:abstractNumId w:val="4"/>
  </w:num>
  <w:num w:numId="5" w16cid:durableId="1275284851">
    <w:abstractNumId w:val="7"/>
  </w:num>
  <w:num w:numId="6" w16cid:durableId="1875801668">
    <w:abstractNumId w:val="3"/>
  </w:num>
  <w:num w:numId="7" w16cid:durableId="1564751573">
    <w:abstractNumId w:val="2"/>
  </w:num>
  <w:num w:numId="8" w16cid:durableId="831674559">
    <w:abstractNumId w:val="1"/>
  </w:num>
  <w:num w:numId="9" w16cid:durableId="1927886047">
    <w:abstractNumId w:val="0"/>
  </w:num>
  <w:num w:numId="10" w16cid:durableId="609095634">
    <w:abstractNumId w:val="13"/>
  </w:num>
  <w:num w:numId="11" w16cid:durableId="552276419">
    <w:abstractNumId w:val="11"/>
  </w:num>
  <w:num w:numId="12" w16cid:durableId="1097478088">
    <w:abstractNumId w:val="9"/>
  </w:num>
  <w:num w:numId="13" w16cid:durableId="1769307852">
    <w:abstractNumId w:val="14"/>
  </w:num>
  <w:num w:numId="14" w16cid:durableId="1814561321">
    <w:abstractNumId w:val="10"/>
  </w:num>
  <w:num w:numId="15" w16cid:durableId="21455391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112"/>
    <w:rsid w:val="00034616"/>
    <w:rsid w:val="0006063C"/>
    <w:rsid w:val="000B25B8"/>
    <w:rsid w:val="00107895"/>
    <w:rsid w:val="0012167A"/>
    <w:rsid w:val="0015074B"/>
    <w:rsid w:val="001A03D6"/>
    <w:rsid w:val="00233970"/>
    <w:rsid w:val="0027708C"/>
    <w:rsid w:val="0029639D"/>
    <w:rsid w:val="002C6D84"/>
    <w:rsid w:val="002E3222"/>
    <w:rsid w:val="00326F90"/>
    <w:rsid w:val="003E1263"/>
    <w:rsid w:val="004D78B2"/>
    <w:rsid w:val="00536981"/>
    <w:rsid w:val="00536A80"/>
    <w:rsid w:val="005F23C0"/>
    <w:rsid w:val="00692B47"/>
    <w:rsid w:val="006E1045"/>
    <w:rsid w:val="006E693E"/>
    <w:rsid w:val="00707216"/>
    <w:rsid w:val="00773AF7"/>
    <w:rsid w:val="007819D0"/>
    <w:rsid w:val="007A07A7"/>
    <w:rsid w:val="007B626B"/>
    <w:rsid w:val="00836A7B"/>
    <w:rsid w:val="008B5E7F"/>
    <w:rsid w:val="008F1071"/>
    <w:rsid w:val="009128C5"/>
    <w:rsid w:val="009355AF"/>
    <w:rsid w:val="009874F9"/>
    <w:rsid w:val="009B713D"/>
    <w:rsid w:val="00AA1D8D"/>
    <w:rsid w:val="00B47730"/>
    <w:rsid w:val="00BC3EF5"/>
    <w:rsid w:val="00C25093"/>
    <w:rsid w:val="00C474D9"/>
    <w:rsid w:val="00C77990"/>
    <w:rsid w:val="00C928C5"/>
    <w:rsid w:val="00CB0664"/>
    <w:rsid w:val="00CB4FFD"/>
    <w:rsid w:val="00CF1154"/>
    <w:rsid w:val="00D84443"/>
    <w:rsid w:val="00DB3FF4"/>
    <w:rsid w:val="00F82DBE"/>
    <w:rsid w:val="00F87BC8"/>
    <w:rsid w:val="00FC18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79E96B"/>
  <w14:defaultImageDpi w14:val="300"/>
  <w15:docId w15:val="{C1A8B8BA-D7C2-440C-8872-21BF11E2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Opałka</cp:lastModifiedBy>
  <cp:revision>4</cp:revision>
  <cp:lastPrinted>2026-09-08T09:09:00Z</cp:lastPrinted>
  <dcterms:created xsi:type="dcterms:W3CDTF">2026-09-09T12:39:00Z</dcterms:created>
  <dcterms:modified xsi:type="dcterms:W3CDTF">2026-09-09T12:41:00Z</dcterms:modified>
  <cp:category/>
</cp:coreProperties>
</file>